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ההנחות – חישוב אחוזי הנחה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כמה כסף חוסכים כשיש הנחה באחוזים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את המחיר הסופי לתשלום אחרי 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אחוזים נפוצים (10%, 25%, 50%) לשברים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25%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50% שווה לחצי מהמחיר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הנחה גדולה יותר אומרת שמשלמים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אחוז לשבר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(עשירית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(רבע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(חצי מהמחיר)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(שלושה רבעים מהמחיר)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לזהות את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לזהות את אחוז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להכפיל את המחיר באחוז ההנחה ולחלק ב-100 כדי למצוא כמה חוסכים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את המחיר הסופי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50% הוא חצי מהמחיר ו-10% הוא רק עשירית, אז 50% הוא סכום 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המקורי הוא לפני ההנחה, המחיר הסופי הוא אחרי ההנחה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מהמעבדה (200 ₪, 25% הנחה) ולוודא שכולם מבינים את החישוב לפני שעוברים לתרגול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להשתמש בקיצורים כמו רבע וחצי כדי להקל על החישוב המנטלי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לתת לתלמידים לשתף את הדוגמה שלהם בקול ולבדוק יחד את החישוב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מעבדת ההנחות – חישוב אחוזי הנחה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חישובי הנחות, בדיוק כמו במעבדת ההנחות: מחיר מוצר, אחוז הנחה, וכמה משלמים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30  ·  50  ·  חצי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מוצר במחיר 200 ₪ עם הנחה של 25%. כמה כסף חוסכים?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אחוז שווה בדיוק לרבע מהמחיר?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25%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הנחה של 50% אומרת שמשלמים חצי מהמחיר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שאחוז ההנחה גדול יותר, משלמים יותר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25% מ-200 ₪ שווים ל-__________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10% מ-300 ₪ שווים ל-__________ 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50% נקרא גם __________ מהמחיר.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אחוז לשבר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שלושה רבעים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2. 25%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חצי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3. 50%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עשירית מהמחיר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4. 75%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רבע מהמחיר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לקבל את המחיר הסופי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להכפיל את המחיר באחוז ההנחה ולחלק ב-100 כדי למצוא כמה חוסכים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אחוז ההנחה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לזהות את המחיר המקורי של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הנחה של 50% חוסכת יותר כסף מהנחה של 10%, על אותו מוצר.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זה 25% מ-80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מחיר מקורי למחיר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מעבדת ההנחות – חישוב אחוזי הנחה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