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🛒 יוצאים לקניות – צרכנות נבונה בכל הרמות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מעבדת ההנחות – חישוב אחוזי הנחה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לחשב כמה כסף חוסכים כשיש הנחה באחוזים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לחשב את המחיר הסופי לתשלום אחרי הנחה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לקשר בין אחוזים נפוצים (10%, 25%, 50%) לשברים מוכרים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50 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140 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25%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40 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75 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50% שווה לחצי מהמחיר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הנחה גדולה יותר אומרת שמשלמים פחות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25% הוא רבע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תמיד צריך לחלק ב-100 כדי לקבל את הסכום האמיתי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החסר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1. 50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2. 30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חצי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רבע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5. 80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אחוז לשבר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(עשירית מהמחיר)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(רבע מהמחיר)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(חצי מהמחיר)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(שלושה רבעים מהמחיר)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(כל המחיר, בלי הנחה)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החישוב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לזהות את המחיר המקורי של המוצר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לזהות את אחוז ההנחה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להכפיל את המחיר באחוז ההנחה ולחלק ב-100 כדי למצוא כמה חוסכים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להחסיר את הסכום שחסכנו מהמחיר המקורי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לקבל את המחיר הסופי לתשלום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כי 50% הוא חצי מהמחיר ו-10% הוא רק עשירית, אז 50% הוא סכום גדול יותר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קריטריונים: נבחר מחיר ברור, חושב החיסכון נכון (מחיר × 20 ÷ 100), חושב מחיר סופי נכון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20 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המחיר המקורי הוא לפני ההנחה, המחיר הסופי הוא אחרי ההנחה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חצי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להתחיל בדוגמה מהמעבדה (200 ₪, 25% הנחה) ולוודא שכולם מבינים את החישוב לפני שעוברים לתרגול עצמאי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תלמידים להשתמש בקיצורים כמו רבע וחצי כדי להקל על החישוב המנטלי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אפשר לתת לתלמידים לשתף את הדוגמה שלהם בקול ולבדוק יחד את החישוב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🛒 יוצאים לקניות – צרכנות נבונה בכל הרמות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מעבדת ההנחות – חישוב אחוזי הנחה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נתרגל חישובי הנחות, בדיוק כמו במעבדת ההנחות: מחיר מוצר, אחוז הנחה, וכמה משלמים בסוף.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מוצר במחיר 200 ₪ עם הנחה של 25%. כמה כסף חוסכים?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50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25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75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100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מוצר במחיר 200 ₪ עם הנחה של 30%. כמה משלמים בסוף?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170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140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160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60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איזה אחוז שווה בדיוק לרבע מהמחיר?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50%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10%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25%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75%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מוצר במחיר 400 ₪ עם הנחה של 10%. כמה חוסכים?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4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40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100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400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מוצר במחיר 150 ₪ עם הנחה של 50%. כמה משלמים?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100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75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50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125 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הנחה של 50% אומרת שמשלמים חצי מהמחיר המקורי.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ככל שאחוז ההנחה גדול יותר, משלמים יותר כסף.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25% הנחה שווה בדיוק לרבע מהמחיר.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כדי לחשב הנחה מספיק להכפיל את המחיר באחוז, בלי לחלק ב-100.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החסר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25% מ-200 ₪ שווים ל-__________ 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10% מ-300 ₪ שווים ל-__________ 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50% נקרא גם __________ מהמחיר.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25% נקרא גם __________ מהמחיר.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אם המחיר המקורי הוא 100 ₪ וההנחה היא 20%, משלמים __________ ₪.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אחוז לשבר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1. 10%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כל המחיר, בלי הנחה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2. 25%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עשירית מהמחיר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3. 50%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שלושה רבעים מהמחיר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4. 75%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רבע מהמחיר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5. 100%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חצי מהמחיר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החישוב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לקבל את המחיר הסופי לתשלום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לזהות את המחיר המקורי של המוצר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להחסיר את הסכום שחסכנו מהמחיר המקורי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להכפיל את המחיר באחוז ההנחה ולחלק ב-100 כדי למצוא כמה חוסכים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לזהות את אחוז ההנחה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למה הנחה של 50% חוסכת יותר כסף מהנחה של 10%, על אותו מוצר.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בחרו מוצר מדומיין עם מחיר שאתם ממציאים, וחשבו כמה תשלמו עליו עם הנחה של 20%. הראו את החישוב.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כמה זה 25% מ-80 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מחיר מקורי למחיר סופי?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איך קוראים ל-50% בעזרת שבר?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מעבדת ההנחות – חישוב אחוזי הנחה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